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98B" w:rsidRDefault="004179F8" w:rsidP="00F301CD">
      <w:pPr>
        <w:jc w:val="center"/>
      </w:pPr>
      <w:r>
        <w:rPr>
          <w:b/>
        </w:rPr>
        <w:t>TOWN OF PULASKI</w:t>
      </w:r>
      <w:r>
        <w:rPr>
          <w:b/>
        </w:rPr>
        <w:br/>
        <w:t>NOTICE OF SPECIAL TOWN BOARD MEETING</w:t>
      </w:r>
    </w:p>
    <w:p w:rsidR="00D8198B" w:rsidRDefault="004179F8">
      <w:r>
        <w:t>Notice is hereby given that a Special Meeting of the Town of Pulaski Board will be held on Monday, April 20, 2026, at 6:30 p.m., beginning at the Town Hall, 1727 Clyde St., Avoca, Wisconsin.</w:t>
      </w:r>
      <w:r>
        <w:br/>
      </w:r>
      <w:r>
        <w:br/>
      </w:r>
      <w:r>
        <w:t>The Board may convene in open session and may take action on any item listed on this agenda. The meeting will include a temporary recess to travel to a second location, after which the meeting will reconvene and conclude at that location.</w:t>
      </w:r>
      <w:r>
        <w:br/>
      </w:r>
      <w:r>
        <w:br/>
        <w:t xml:space="preserve">This meeting is </w:t>
      </w:r>
      <w:r>
        <w:t>open to the public and all citizens are invited to attend.</w:t>
      </w:r>
    </w:p>
    <w:p w:rsidR="00D8198B" w:rsidRDefault="00D8198B"/>
    <w:p w:rsidR="00D8198B" w:rsidRDefault="004179F8" w:rsidP="00F301CD">
      <w:pPr>
        <w:jc w:val="center"/>
      </w:pPr>
      <w:r>
        <w:rPr>
          <w:b/>
        </w:rPr>
        <w:t>AGENDA</w:t>
      </w:r>
    </w:p>
    <w:p w:rsidR="00D8198B" w:rsidRDefault="004179F8" w:rsidP="00F301CD">
      <w:pPr>
        <w:spacing w:after="0"/>
      </w:pPr>
      <w:r>
        <w:t>1. Call meeting to order</w:t>
      </w:r>
    </w:p>
    <w:p w:rsidR="00D8198B" w:rsidRDefault="004179F8" w:rsidP="00F301CD">
      <w:pPr>
        <w:spacing w:after="0"/>
      </w:pPr>
      <w:r>
        <w:t>2. Pledge of Allegiance</w:t>
      </w:r>
    </w:p>
    <w:p w:rsidR="00D8198B" w:rsidRDefault="004179F8" w:rsidP="00F301CD">
      <w:pPr>
        <w:spacing w:after="0"/>
      </w:pPr>
      <w:r>
        <w:t>3. Roll call</w:t>
      </w:r>
    </w:p>
    <w:p w:rsidR="00D8198B" w:rsidRDefault="004179F8" w:rsidP="00F301CD">
      <w:pPr>
        <w:spacing w:after="0"/>
      </w:pPr>
      <w:r>
        <w:t>4. Proof of publication</w:t>
      </w:r>
    </w:p>
    <w:p w:rsidR="00D8198B" w:rsidRDefault="004179F8" w:rsidP="00F301CD">
      <w:pPr>
        <w:spacing w:after="0"/>
      </w:pPr>
      <w:r>
        <w:t>5. Public Comment – Comments limited to agenda items only; 3 minutes per person</w:t>
      </w:r>
    </w:p>
    <w:p w:rsidR="00D8198B" w:rsidRDefault="004179F8" w:rsidP="00F301CD">
      <w:pPr>
        <w:spacing w:after="0"/>
      </w:pPr>
      <w:r>
        <w:t>6. Discussion and possi</w:t>
      </w:r>
      <w:r>
        <w:t>ble action regarding Fairview Construction Project associated with LRIP Grant Award</w:t>
      </w:r>
    </w:p>
    <w:p w:rsidR="00D8198B" w:rsidRDefault="004179F8" w:rsidP="00F301CD">
      <w:pPr>
        <w:spacing w:after="0"/>
      </w:pPr>
      <w:r>
        <w:t>7. Discussion and possible action on driveway application</w:t>
      </w:r>
      <w:r>
        <w:br/>
        <w:t xml:space="preserve">   i. Josh and Jessie Kahl – Fairview Rd</w:t>
      </w:r>
    </w:p>
    <w:p w:rsidR="00D8198B" w:rsidRDefault="004179F8" w:rsidP="00F301CD">
      <w:pPr>
        <w:spacing w:after="0"/>
      </w:pPr>
      <w:r>
        <w:t>8. Recess meeting and travel to Fairview Rd for on-site driveway review (</w:t>
      </w:r>
      <w:r>
        <w:t>Approximate departure time: 6:50 p.m.)</w:t>
      </w:r>
    </w:p>
    <w:p w:rsidR="00D8198B" w:rsidRDefault="004179F8" w:rsidP="00F301CD">
      <w:pPr>
        <w:spacing w:after="0"/>
      </w:pPr>
      <w:r>
        <w:t>9. Reconvene meeting at Fairview Rd location for on-site review, discussion, and possible action regarding driveway application</w:t>
      </w:r>
    </w:p>
    <w:p w:rsidR="00D8198B" w:rsidRDefault="004179F8" w:rsidP="00F301CD">
      <w:pPr>
        <w:spacing w:after="0"/>
      </w:pPr>
      <w:r>
        <w:t>10. Adjourn at Fairview Rd location</w:t>
      </w:r>
    </w:p>
    <w:p w:rsidR="00D8198B" w:rsidRDefault="00D8198B"/>
    <w:p w:rsidR="00D8198B" w:rsidRDefault="004179F8">
      <w:r>
        <w:t>Final agenda will be posted at the Town Hall and oth</w:t>
      </w:r>
      <w:r>
        <w:t>er designated posting locations at least 24 hours prior to the meeting, in accordance with Wisconsin Open Meetings Law.</w:t>
      </w:r>
      <w:r>
        <w:br/>
      </w:r>
      <w:r>
        <w:br/>
        <w:t>Sheila Wardell – Clerk</w:t>
      </w:r>
    </w:p>
    <w:sectPr w:rsidR="00D8198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47730"/>
    <w:rsid w:val="00034616"/>
    <w:rsid w:val="0006063C"/>
    <w:rsid w:val="0015074B"/>
    <w:rsid w:val="002957A5"/>
    <w:rsid w:val="0029639D"/>
    <w:rsid w:val="002E7609"/>
    <w:rsid w:val="00326F90"/>
    <w:rsid w:val="004179F8"/>
    <w:rsid w:val="00AA1D8D"/>
    <w:rsid w:val="00B47730"/>
    <w:rsid w:val="00CB0664"/>
    <w:rsid w:val="00D8198B"/>
    <w:rsid w:val="00F301CD"/>
    <w:rsid w:val="00FC6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A4D2653-7ED2-4E7E-B9C1-BCF92F6AA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1411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HP</cp:lastModifiedBy>
  <cp:revision>2</cp:revision>
  <dcterms:created xsi:type="dcterms:W3CDTF">2026-04-19T20:28:00Z</dcterms:created>
  <dcterms:modified xsi:type="dcterms:W3CDTF">2026-04-19T20:28:00Z</dcterms:modified>
</cp:coreProperties>
</file>