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98B" w:rsidRDefault="004179F8" w:rsidP="00F301CD">
      <w:pPr>
        <w:jc w:val="center"/>
        <w:rPr>
          <w:b/>
        </w:rPr>
      </w:pPr>
      <w:r>
        <w:rPr>
          <w:b/>
        </w:rPr>
        <w:t>TOWN OF PULASKI</w:t>
      </w:r>
      <w:r>
        <w:rPr>
          <w:b/>
        </w:rPr>
        <w:br/>
        <w:t>NOTICE OF SPECIAL TOWN BOARD MEETING</w:t>
      </w:r>
    </w:p>
    <w:p w:rsidR="00D8198B" w:rsidRDefault="004179F8">
      <w:r>
        <w:t xml:space="preserve">Notice is hereby given that a Special Meeting of the Town of Pulaski Board will be held on </w:t>
      </w:r>
      <w:r w:rsidR="000C6D8B">
        <w:t xml:space="preserve">Tuesday, May 26, 2026 at 7:00 </w:t>
      </w:r>
      <w:proofErr w:type="spellStart"/>
      <w:r w:rsidR="000C6D8B">
        <w:t>p.m</w:t>
      </w:r>
      <w:proofErr w:type="spellEnd"/>
      <w:r w:rsidR="000C6D8B">
        <w:t xml:space="preserve"> at the Pulaski </w:t>
      </w:r>
      <w:r>
        <w:t xml:space="preserve">Town </w:t>
      </w:r>
      <w:proofErr w:type="gramStart"/>
      <w:r>
        <w:t>Hall,</w:t>
      </w:r>
      <w:proofErr w:type="gramEnd"/>
      <w:r>
        <w:t xml:space="preserve"> 1727 Clyde St., Avoca, Wisconsin</w:t>
      </w:r>
      <w:r w:rsidR="000C6D8B">
        <w:t>, 53506</w:t>
      </w:r>
      <w:r>
        <w:br/>
      </w:r>
      <w:r>
        <w:br/>
        <w:t>This meeting is open to the public and all citizens are invited to attend.</w:t>
      </w:r>
    </w:p>
    <w:p w:rsidR="000F6C16" w:rsidRDefault="000F6C16">
      <w:r>
        <w:t xml:space="preserve">All items on the agenda are for discussion and possible action </w:t>
      </w:r>
    </w:p>
    <w:p w:rsidR="00D8198B" w:rsidRDefault="00D8198B"/>
    <w:p w:rsidR="00D8198B" w:rsidRDefault="004179F8" w:rsidP="00F301CD">
      <w:pPr>
        <w:jc w:val="center"/>
      </w:pPr>
      <w:r>
        <w:rPr>
          <w:b/>
        </w:rPr>
        <w:t>AGENDA</w:t>
      </w:r>
    </w:p>
    <w:p w:rsidR="00D8198B" w:rsidRDefault="004179F8" w:rsidP="00F301CD">
      <w:pPr>
        <w:spacing w:after="0"/>
      </w:pPr>
      <w:r>
        <w:t>1. Call meeting to order</w:t>
      </w:r>
    </w:p>
    <w:p w:rsidR="00D8198B" w:rsidRDefault="004179F8" w:rsidP="00F301CD">
      <w:pPr>
        <w:spacing w:after="0"/>
      </w:pPr>
      <w:r>
        <w:t>2. Pledge of Allegiance</w:t>
      </w:r>
    </w:p>
    <w:p w:rsidR="00D8198B" w:rsidRDefault="004179F8" w:rsidP="00F301CD">
      <w:pPr>
        <w:spacing w:after="0"/>
      </w:pPr>
      <w:r>
        <w:t>3. Roll call</w:t>
      </w:r>
    </w:p>
    <w:p w:rsidR="00D8198B" w:rsidRDefault="004179F8" w:rsidP="00F301CD">
      <w:pPr>
        <w:spacing w:after="0"/>
      </w:pPr>
      <w:r>
        <w:t>4. Proof of publication</w:t>
      </w:r>
    </w:p>
    <w:p w:rsidR="000C6D8B" w:rsidRDefault="004179F8" w:rsidP="00F301CD">
      <w:pPr>
        <w:spacing w:after="0"/>
      </w:pPr>
      <w:r>
        <w:t xml:space="preserve">5. </w:t>
      </w:r>
      <w:r w:rsidR="000C6D8B">
        <w:t xml:space="preserve">Open each sealed bid and read aloud the total dollar amount for the Fairview Rd    </w:t>
      </w:r>
      <w:r w:rsidR="000C6D8B">
        <w:tab/>
        <w:t xml:space="preserve">Pavement Replacement LRIP </w:t>
      </w:r>
    </w:p>
    <w:p w:rsidR="000C6D8B" w:rsidRDefault="000C6D8B" w:rsidP="00F301CD">
      <w:pPr>
        <w:spacing w:after="0"/>
      </w:pPr>
      <w:r>
        <w:t>6</w:t>
      </w:r>
      <w:r w:rsidR="004179F8">
        <w:t xml:space="preserve">. </w:t>
      </w:r>
      <w:r>
        <w:t xml:space="preserve">Review of bids and possible award of contract for Fairview Rd Pavement Replacement </w:t>
      </w:r>
      <w:r>
        <w:tab/>
        <w:t>LRIP project</w:t>
      </w:r>
    </w:p>
    <w:p w:rsidR="000C6D8B" w:rsidRDefault="000C6D8B" w:rsidP="00F301CD">
      <w:pPr>
        <w:spacing w:after="0"/>
      </w:pPr>
      <w:r>
        <w:t>7. Open each sealed bid and read aloud the total dollar amount for gravel</w:t>
      </w:r>
    </w:p>
    <w:p w:rsidR="00D8198B" w:rsidRDefault="000C6D8B" w:rsidP="000C6D8B">
      <w:pPr>
        <w:spacing w:after="0"/>
      </w:pPr>
      <w:r>
        <w:t>8</w:t>
      </w:r>
      <w:r w:rsidR="004179F8">
        <w:t>.</w:t>
      </w:r>
      <w:r>
        <w:t xml:space="preserve"> Review of bids and possible award of contract for gravel </w:t>
      </w:r>
    </w:p>
    <w:p w:rsidR="00D8198B" w:rsidRDefault="000C6D8B" w:rsidP="00F301CD">
      <w:pPr>
        <w:spacing w:after="0"/>
      </w:pPr>
      <w:r>
        <w:t>9</w:t>
      </w:r>
      <w:r w:rsidR="004179F8">
        <w:t xml:space="preserve">. Adjourn </w:t>
      </w:r>
    </w:p>
    <w:p w:rsidR="00D8198B" w:rsidRDefault="00D8198B"/>
    <w:p w:rsidR="00D8198B" w:rsidRDefault="004179F8">
      <w:r>
        <w:t>Final agenda will be posted at the Town Hall and other designated posting locations at least 24 hours prior to the meeting, in accordance with Wisconsin Open Meetings Law.</w:t>
      </w:r>
      <w:r>
        <w:br/>
      </w:r>
      <w:r>
        <w:br/>
        <w:t>Sheila Wardell – Clerk</w:t>
      </w:r>
    </w:p>
    <w:sectPr w:rsidR="00D8198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47730"/>
    <w:rsid w:val="00034616"/>
    <w:rsid w:val="0006063C"/>
    <w:rsid w:val="000C6D8B"/>
    <w:rsid w:val="000F6C16"/>
    <w:rsid w:val="0015074B"/>
    <w:rsid w:val="002957A5"/>
    <w:rsid w:val="0029639D"/>
    <w:rsid w:val="002E7609"/>
    <w:rsid w:val="00326F90"/>
    <w:rsid w:val="00393E62"/>
    <w:rsid w:val="004179F8"/>
    <w:rsid w:val="00836DA8"/>
    <w:rsid w:val="00AA1D8D"/>
    <w:rsid w:val="00B47730"/>
    <w:rsid w:val="00CB0664"/>
    <w:rsid w:val="00D8198B"/>
    <w:rsid w:val="00F301CD"/>
    <w:rsid w:val="00FC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B47C16-40A8-4EB5-8D3C-F1C4A1D32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1034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HP</cp:lastModifiedBy>
  <cp:revision>3</cp:revision>
  <dcterms:created xsi:type="dcterms:W3CDTF">2026-05-13T23:48:00Z</dcterms:created>
  <dcterms:modified xsi:type="dcterms:W3CDTF">2026-05-13T23:59:00Z</dcterms:modified>
</cp:coreProperties>
</file>