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8B" w:rsidRDefault="004179F8" w:rsidP="004353C4">
      <w:pPr>
        <w:pStyle w:val="NoSpacing"/>
        <w:jc w:val="center"/>
      </w:pPr>
      <w:r>
        <w:t>TOWN OF PULASKI</w:t>
      </w:r>
      <w:r>
        <w:br/>
        <w:t>NOTICE OF SPECIAL TOWN BOARD MEETING</w:t>
      </w:r>
    </w:p>
    <w:p w:rsidR="00FF15E9" w:rsidRDefault="0004491F" w:rsidP="004353C4">
      <w:pPr>
        <w:pStyle w:val="NoSpacing"/>
        <w:jc w:val="center"/>
      </w:pPr>
      <w:r>
        <w:t>June 22, 2026</w:t>
      </w:r>
      <w:r w:rsidR="004353C4">
        <w:t xml:space="preserve"> </w:t>
      </w:r>
      <w:r w:rsidR="00FF15E9">
        <w:t xml:space="preserve">7:00PM   </w:t>
      </w:r>
    </w:p>
    <w:p w:rsidR="004353C4" w:rsidRDefault="004353C4" w:rsidP="004353C4">
      <w:pPr>
        <w:pStyle w:val="NoSpacing"/>
        <w:jc w:val="center"/>
      </w:pPr>
      <w:r>
        <w:t>Pulaski Town Hall</w:t>
      </w:r>
      <w:r w:rsidR="00FF15E9">
        <w:t xml:space="preserve"> </w:t>
      </w:r>
    </w:p>
    <w:p w:rsidR="00590E96" w:rsidRDefault="00590E96" w:rsidP="004353C4">
      <w:pPr>
        <w:pStyle w:val="NoSpacing"/>
        <w:jc w:val="center"/>
      </w:pPr>
      <w:r>
        <w:t xml:space="preserve">1727 Clyde St Avoca, WI 53506 </w:t>
      </w:r>
    </w:p>
    <w:p w:rsidR="00590E96" w:rsidRDefault="00590E96"/>
    <w:p w:rsidR="00D8198B" w:rsidRDefault="00590E96">
      <w:r>
        <w:t xml:space="preserve">NOTICE IS  HEREBY GIVEN </w:t>
      </w:r>
      <w:r w:rsidR="004179F8">
        <w:t xml:space="preserve"> that a Special Meeting of the Town of Pulaski Board will be held on </w:t>
      </w:r>
      <w:r w:rsidR="0004491F">
        <w:t>Monday, June 22, 2026</w:t>
      </w:r>
      <w:r w:rsidR="000C6D8B">
        <w:t xml:space="preserve"> at 7:00 </w:t>
      </w:r>
      <w:r>
        <w:t>PM</w:t>
      </w:r>
      <w:r w:rsidR="000C6D8B">
        <w:t xml:space="preserve"> at the Pulaski </w:t>
      </w:r>
      <w:r w:rsidR="004179F8">
        <w:t>Town Hall, 1727 Clyde St., Avoca, Wisconsin</w:t>
      </w:r>
      <w:r w:rsidR="000C6D8B">
        <w:t>, 53506</w:t>
      </w:r>
      <w:r w:rsidR="004179F8">
        <w:br/>
      </w:r>
      <w:r w:rsidR="004179F8">
        <w:br/>
        <w:t>This meeting is open to the public and all citizens are invited to attend.</w:t>
      </w:r>
    </w:p>
    <w:p w:rsidR="000F6C16" w:rsidRDefault="000F6C16">
      <w:r>
        <w:t xml:space="preserve">All items on the agenda are for discussion and possible action </w:t>
      </w:r>
    </w:p>
    <w:p w:rsidR="00D8198B" w:rsidRDefault="00D8198B"/>
    <w:p w:rsidR="00D8198B" w:rsidRDefault="004179F8" w:rsidP="00F301CD">
      <w:pPr>
        <w:jc w:val="center"/>
      </w:pPr>
      <w:r>
        <w:rPr>
          <w:b/>
        </w:rPr>
        <w:t>AGENDA</w:t>
      </w:r>
    </w:p>
    <w:p w:rsidR="00D8198B" w:rsidRDefault="004179F8" w:rsidP="00F301CD">
      <w:pPr>
        <w:spacing w:after="0"/>
      </w:pPr>
      <w:r>
        <w:t>1. Call meeting to order</w:t>
      </w:r>
    </w:p>
    <w:p w:rsidR="00D8198B" w:rsidRDefault="004179F8" w:rsidP="00F301CD">
      <w:pPr>
        <w:spacing w:after="0"/>
      </w:pPr>
      <w:r>
        <w:t>2. Pledge of Allegiance</w:t>
      </w:r>
    </w:p>
    <w:p w:rsidR="00D8198B" w:rsidRDefault="004179F8" w:rsidP="00F301CD">
      <w:pPr>
        <w:spacing w:after="0"/>
      </w:pPr>
      <w:r>
        <w:t>3. Roll call</w:t>
      </w:r>
    </w:p>
    <w:p w:rsidR="00D8198B" w:rsidRDefault="004179F8" w:rsidP="00F301CD">
      <w:pPr>
        <w:spacing w:after="0"/>
      </w:pPr>
      <w:r>
        <w:t>4. Proof of publication</w:t>
      </w:r>
    </w:p>
    <w:p w:rsidR="000C6D8B" w:rsidRDefault="004179F8" w:rsidP="00F301CD">
      <w:pPr>
        <w:spacing w:after="0"/>
      </w:pPr>
      <w:r>
        <w:t xml:space="preserve">5. </w:t>
      </w:r>
      <w:r w:rsidR="000C6D8B">
        <w:t xml:space="preserve">Open each sealed </w:t>
      </w:r>
      <w:r w:rsidR="0004491F">
        <w:t xml:space="preserve">Culvert </w:t>
      </w:r>
      <w:r w:rsidR="000C6D8B">
        <w:t>bid and read aloud the total dollar</w:t>
      </w:r>
      <w:r w:rsidR="0008022E">
        <w:t xml:space="preserve"> amount for the Fairview Rd  </w:t>
      </w:r>
      <w:r w:rsidR="0004491F">
        <w:t xml:space="preserve"> </w:t>
      </w:r>
      <w:r w:rsidR="000C6D8B">
        <w:t xml:space="preserve">  LRIP </w:t>
      </w:r>
      <w:r w:rsidR="004353C4">
        <w:t>project</w:t>
      </w:r>
    </w:p>
    <w:p w:rsidR="0004491F" w:rsidRDefault="0004491F" w:rsidP="00F301CD">
      <w:pPr>
        <w:spacing w:after="0"/>
      </w:pPr>
      <w:r>
        <w:t xml:space="preserve">6. Open each sealed Gravel bid and read aloud the total dollar amount for the Fairview Rd LRIP project </w:t>
      </w:r>
    </w:p>
    <w:p w:rsidR="0004491F" w:rsidRDefault="0004491F" w:rsidP="00F301CD">
      <w:pPr>
        <w:spacing w:after="0"/>
      </w:pPr>
      <w:r>
        <w:t xml:space="preserve">7. Consideration of bids and possible award Pavement </w:t>
      </w:r>
      <w:r w:rsidR="00AA2AC0">
        <w:t>Replacement bids</w:t>
      </w:r>
      <w:r>
        <w:t xml:space="preserve"> for Fairview Rd LRIP project.</w:t>
      </w:r>
    </w:p>
    <w:p w:rsidR="0004491F" w:rsidRDefault="0004491F" w:rsidP="00F301CD">
      <w:pPr>
        <w:spacing w:after="0"/>
      </w:pPr>
      <w:r>
        <w:t xml:space="preserve">8. Consideration of bids and possible award Culvert </w:t>
      </w:r>
      <w:r w:rsidR="00AA2AC0">
        <w:t>Replacement bids</w:t>
      </w:r>
      <w:r>
        <w:t xml:space="preserve"> for Fairview Rd LRIP project.</w:t>
      </w:r>
    </w:p>
    <w:p w:rsidR="0004491F" w:rsidRDefault="0004491F" w:rsidP="00F301CD">
      <w:pPr>
        <w:spacing w:after="0"/>
      </w:pPr>
      <w:r>
        <w:t xml:space="preserve">9. Consideration of bids and possible award Gravel bids </w:t>
      </w:r>
      <w:r w:rsidR="00103DFB">
        <w:t>for Fairview Rd LRIP project</w:t>
      </w:r>
    </w:p>
    <w:p w:rsidR="00103DFB" w:rsidRDefault="00103DFB" w:rsidP="00F301CD">
      <w:pPr>
        <w:spacing w:after="0"/>
      </w:pPr>
      <w:r>
        <w:t xml:space="preserve">10. Review and Possible Action: </w:t>
      </w:r>
      <w:proofErr w:type="spellStart"/>
      <w:r>
        <w:t>Kahl</w:t>
      </w:r>
      <w:proofErr w:type="spellEnd"/>
      <w:r>
        <w:t xml:space="preserve"> – Fairview Rd New Construction Permit Application </w:t>
      </w:r>
    </w:p>
    <w:p w:rsidR="0004491F" w:rsidRDefault="00103DFB" w:rsidP="000C6D8B">
      <w:pPr>
        <w:spacing w:after="0"/>
      </w:pPr>
      <w:r>
        <w:t>11</w:t>
      </w:r>
      <w:r w:rsidR="008B65D6">
        <w:t xml:space="preserve">.  </w:t>
      </w:r>
      <w:r w:rsidR="0004491F">
        <w:t xml:space="preserve">Correction and Re-take of Interim Treasurer Vote </w:t>
      </w:r>
    </w:p>
    <w:p w:rsidR="0004491F" w:rsidRDefault="00103DFB" w:rsidP="000C6D8B">
      <w:pPr>
        <w:spacing w:after="0"/>
      </w:pPr>
      <w:r>
        <w:t>12</w:t>
      </w:r>
      <w:r w:rsidR="0004491F">
        <w:t xml:space="preserve">. Chairman Report </w:t>
      </w:r>
    </w:p>
    <w:p w:rsidR="0004491F" w:rsidRDefault="00AA2AC0" w:rsidP="000C6D8B">
      <w:pPr>
        <w:spacing w:after="0"/>
      </w:pPr>
      <w:r>
        <w:tab/>
        <w:t>a. Board Expectations</w:t>
      </w:r>
    </w:p>
    <w:p w:rsidR="00D8198B" w:rsidRDefault="008B65D6" w:rsidP="00F301CD">
      <w:pPr>
        <w:spacing w:after="0"/>
      </w:pPr>
      <w:r>
        <w:t xml:space="preserve"> </w:t>
      </w:r>
      <w:r w:rsidR="00103DFB">
        <w:t>13.</w:t>
      </w:r>
      <w:r w:rsidR="0004491F">
        <w:t xml:space="preserve"> Adjourn</w:t>
      </w:r>
      <w:r w:rsidR="004179F8">
        <w:t xml:space="preserve"> </w:t>
      </w:r>
    </w:p>
    <w:p w:rsidR="00E631AF" w:rsidRDefault="00E631AF" w:rsidP="00F301CD">
      <w:pPr>
        <w:spacing w:after="0"/>
      </w:pPr>
    </w:p>
    <w:p w:rsidR="00D8198B" w:rsidRDefault="004179F8">
      <w:r>
        <w:t>Final agenda will be posted at the Town Hall and other designated posting locations at least 24 hours prior to the meeting, in accordance with Wisconsin Open Meetings Law.</w:t>
      </w:r>
      <w:r>
        <w:br/>
      </w:r>
      <w:r>
        <w:br/>
        <w:t>Sheila Wardell – Clerk</w:t>
      </w:r>
    </w:p>
    <w:sectPr w:rsidR="00D819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4491F"/>
    <w:rsid w:val="0006063C"/>
    <w:rsid w:val="000736C8"/>
    <w:rsid w:val="0008022E"/>
    <w:rsid w:val="000A7F4A"/>
    <w:rsid w:val="000C6D8B"/>
    <w:rsid w:val="000F6C16"/>
    <w:rsid w:val="00103DFB"/>
    <w:rsid w:val="0015074B"/>
    <w:rsid w:val="002957A5"/>
    <w:rsid w:val="0029639D"/>
    <w:rsid w:val="002E7609"/>
    <w:rsid w:val="00326F90"/>
    <w:rsid w:val="00381474"/>
    <w:rsid w:val="00393E62"/>
    <w:rsid w:val="003C31BC"/>
    <w:rsid w:val="004179F8"/>
    <w:rsid w:val="004353C4"/>
    <w:rsid w:val="00590E96"/>
    <w:rsid w:val="00836DA8"/>
    <w:rsid w:val="008574BE"/>
    <w:rsid w:val="008B65D6"/>
    <w:rsid w:val="00981918"/>
    <w:rsid w:val="00AA1D8D"/>
    <w:rsid w:val="00AA2AC0"/>
    <w:rsid w:val="00B30043"/>
    <w:rsid w:val="00B47730"/>
    <w:rsid w:val="00CB0664"/>
    <w:rsid w:val="00D8198B"/>
    <w:rsid w:val="00E631AF"/>
    <w:rsid w:val="00E97A1C"/>
    <w:rsid w:val="00F301CD"/>
    <w:rsid w:val="00FB054C"/>
    <w:rsid w:val="00FC693F"/>
    <w:rsid w:val="00FF1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09A215-A772-4EC1-AF02-27D6BE373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6</cp:revision>
  <dcterms:created xsi:type="dcterms:W3CDTF">2026-06-18T12:22:00Z</dcterms:created>
  <dcterms:modified xsi:type="dcterms:W3CDTF">2026-06-19T10:03:00Z</dcterms:modified>
</cp:coreProperties>
</file>